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56E1" w:rsidRDefault="002A0FC2">
      <w:pPr>
        <w:spacing w:after="0"/>
        <w:jc w:val="center"/>
      </w:pPr>
      <w:r>
        <w:rPr>
          <w:b/>
        </w:rPr>
        <w:t>CONVOCATÒRIA 2026 D’AJUTS PER A PROJECTES DE RECERCA I INNOVACIÓ</w:t>
      </w:r>
    </w:p>
    <w:p w:rsidR="009056E1" w:rsidRDefault="002A0FC2">
      <w:pPr>
        <w:spacing w:after="360"/>
        <w:jc w:val="center"/>
      </w:pPr>
      <w:r>
        <w:rPr>
          <w:b/>
        </w:rPr>
        <w:t>TORRONS VICENS-RAC 1</w:t>
      </w:r>
    </w:p>
    <w:p w:rsidR="009056E1" w:rsidRDefault="002A0FC2">
      <w:pPr>
        <w:spacing w:after="480"/>
        <w:jc w:val="center"/>
      </w:pPr>
      <w:r>
        <w:rPr>
          <w:b/>
        </w:rPr>
        <w:t>JUSTIFICACIÓ FINAL DEL PROJECTE DE RECERCA</w:t>
      </w:r>
    </w:p>
    <w:p w:rsidR="009056E1" w:rsidRDefault="002A0FC2">
      <w:pPr>
        <w:spacing w:after="240"/>
      </w:pPr>
      <w:r>
        <w:rPr>
          <w:b/>
        </w:rPr>
        <w:t>1. TÍTOL:</w:t>
      </w:r>
      <w:r>
        <w:t xml:space="preserve"> ________________________________________</w:t>
      </w:r>
    </w:p>
    <w:p w:rsidR="009056E1" w:rsidRDefault="002A0FC2">
      <w:pPr>
        <w:spacing w:after="240"/>
      </w:pPr>
      <w:r>
        <w:rPr>
          <w:b/>
        </w:rPr>
        <w:t>2. NOM INVESTIGADOR/A PRINCIPAL:</w:t>
      </w:r>
      <w:r>
        <w:t xml:space="preserve"> ________________________________________</w:t>
      </w:r>
    </w:p>
    <w:p w:rsidR="009056E1" w:rsidRDefault="002A0FC2">
      <w:pPr>
        <w:spacing w:after="240"/>
      </w:pPr>
      <w:r>
        <w:rPr>
          <w:b/>
        </w:rPr>
        <w:t>3. CO-INVESTIGADOR PRINCIPAL</w:t>
      </w:r>
      <w:r>
        <w:t xml:space="preserve"> (si escau): ________________________________________</w:t>
      </w:r>
    </w:p>
    <w:p w:rsidR="009056E1" w:rsidRDefault="002A0FC2">
      <w:pPr>
        <w:spacing w:after="240"/>
      </w:pPr>
      <w:r>
        <w:rPr>
          <w:b/>
        </w:rPr>
        <w:t>4. CENTRE COL·LABORADOR</w:t>
      </w:r>
      <w:r>
        <w:t xml:space="preserve"> (si escau): ________________________________________</w:t>
      </w:r>
    </w:p>
    <w:p w:rsidR="009056E1" w:rsidRDefault="002A0FC2">
      <w:pPr>
        <w:spacing w:before="240" w:after="120"/>
      </w:pPr>
      <w:r>
        <w:rPr>
          <w:b/>
        </w:rPr>
        <w:t>5. RESUM PROJECTE:</w:t>
      </w:r>
    </w:p>
    <w:p w:rsidR="009056E1" w:rsidRDefault="002A0FC2">
      <w:pPr>
        <w:spacing w:before="240" w:after="120"/>
      </w:pPr>
      <w:r>
        <w:rPr>
          <w:b/>
        </w:rPr>
        <w:t>6. OBJECTIUS I RESULTATS PLANTEJATS:</w:t>
      </w:r>
    </w:p>
    <w:p w:rsidR="009056E1" w:rsidRDefault="002A0FC2">
      <w:pPr>
        <w:spacing w:before="240" w:after="120"/>
      </w:pPr>
      <w:r>
        <w:rPr>
          <w:b/>
        </w:rPr>
        <w:t xml:space="preserve">7. OBJECTIUS I RESULTATS </w:t>
      </w:r>
      <w:r>
        <w:rPr>
          <w:b/>
        </w:rPr>
        <w:t>ASSOLITS:</w:t>
      </w:r>
    </w:p>
    <w:p w:rsidR="002D7FD8" w:rsidRDefault="002A0FC2">
      <w:pPr>
        <w:spacing w:before="240" w:after="120"/>
      </w:pPr>
      <w:r>
        <w:rPr>
          <w:b/>
        </w:rPr>
        <w:t>8. MODIFICACIONS METODOLÒGIQUES</w:t>
      </w:r>
      <w:r>
        <w:t xml:space="preserve"> (</w:t>
      </w:r>
      <w:proofErr w:type="spellStart"/>
      <w:r>
        <w:t>si</w:t>
      </w:r>
      <w:proofErr w:type="spellEnd"/>
      <w:r>
        <w:t xml:space="preserve"> </w:t>
      </w:r>
      <w:proofErr w:type="spellStart"/>
      <w:r>
        <w:t>escau</w:t>
      </w:r>
      <w:proofErr w:type="spellEnd"/>
      <w:r>
        <w:t>):</w:t>
      </w:r>
    </w:p>
    <w:p w:rsidR="002D7FD8" w:rsidRDefault="002A0FC2">
      <w:pPr>
        <w:spacing w:before="240" w:after="120"/>
      </w:pPr>
      <w:r>
        <w:rPr>
          <w:b/>
        </w:rPr>
        <w:t>9. AVALUACIÓ DE LA COL·LABORACIÓ</w:t>
      </w:r>
      <w:r>
        <w:t xml:space="preserve"> (</w:t>
      </w:r>
      <w:proofErr w:type="spellStart"/>
      <w:r>
        <w:t>si</w:t>
      </w:r>
      <w:proofErr w:type="spellEnd"/>
      <w:r>
        <w:t xml:space="preserve"> </w:t>
      </w:r>
      <w:proofErr w:type="spellStart"/>
      <w:r>
        <w:t>escau</w:t>
      </w:r>
      <w:proofErr w:type="spellEnd"/>
      <w:r>
        <w:t>):</w:t>
      </w:r>
    </w:p>
    <w:p w:rsidR="009056E1" w:rsidRDefault="002A0FC2">
      <w:pPr>
        <w:spacing w:before="240" w:after="120"/>
      </w:pPr>
      <w:r>
        <w:rPr>
          <w:b/>
        </w:rPr>
        <w:t>10. PRÒXIMS PASSOS:</w:t>
      </w:r>
    </w:p>
    <w:p w:rsidR="009056E1" w:rsidRDefault="002A0FC2">
      <w:pPr>
        <w:spacing w:before="240" w:after="120"/>
      </w:pPr>
      <w:bookmarkStart w:id="0" w:name="_GoBack"/>
      <w:bookmarkEnd w:id="0"/>
      <w:r>
        <w:rPr>
          <w:b/>
        </w:rPr>
        <w:t>11. JUSTIFICACIÓ EXECUCIÓ PRESSUPOST:</w:t>
      </w:r>
    </w:p>
    <w:p w:rsidR="009056E1" w:rsidRDefault="009056E1">
      <w:pPr>
        <w:spacing w:after="0"/>
      </w:pPr>
    </w:p>
    <w:p w:rsidR="009056E1" w:rsidRDefault="009056E1">
      <w:pPr>
        <w:spacing w:after="0"/>
      </w:pPr>
    </w:p>
    <w:p w:rsidR="009056E1" w:rsidRDefault="009056E1">
      <w:pPr>
        <w:spacing w:after="0"/>
      </w:pPr>
    </w:p>
    <w:p w:rsidR="009056E1" w:rsidRDefault="009056E1">
      <w:pPr>
        <w:spacing w:after="0"/>
      </w:pPr>
    </w:p>
    <w:p w:rsidR="009056E1" w:rsidRDefault="009056E1">
      <w:pPr>
        <w:spacing w:after="0"/>
      </w:pPr>
    </w:p>
    <w:p w:rsidR="009056E1" w:rsidRDefault="009056E1">
      <w:pPr>
        <w:spacing w:after="0"/>
      </w:pPr>
    </w:p>
    <w:p w:rsidR="009056E1" w:rsidRDefault="009056E1">
      <w:pPr>
        <w:spacing w:after="0"/>
      </w:pPr>
    </w:p>
    <w:p w:rsidR="009056E1" w:rsidRDefault="009056E1">
      <w:pPr>
        <w:spacing w:after="0"/>
      </w:pPr>
    </w:p>
    <w:sectPr w:rsidR="009056E1" w:rsidSect="00034616">
      <w:headerReference w:type="default" r:id="rId8"/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A0FC2" w:rsidRDefault="002A0FC2">
      <w:pPr>
        <w:spacing w:after="0" w:line="240" w:lineRule="auto"/>
      </w:pPr>
      <w:r>
        <w:separator/>
      </w:r>
    </w:p>
  </w:endnote>
  <w:endnote w:type="continuationSeparator" w:id="0">
    <w:p w:rsidR="002A0FC2" w:rsidRDefault="002A0F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A0FC2" w:rsidRDefault="002A0FC2">
      <w:pPr>
        <w:spacing w:after="0" w:line="240" w:lineRule="auto"/>
      </w:pPr>
      <w:r>
        <w:separator/>
      </w:r>
    </w:p>
  </w:footnote>
  <w:footnote w:type="continuationSeparator" w:id="0">
    <w:p w:rsidR="002A0FC2" w:rsidRDefault="002A0F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56E1" w:rsidRDefault="009056E1">
    <w:pPr>
      <w:pStyle w:val="Encabezado"/>
    </w:pPr>
  </w:p>
  <w:tbl>
    <w:tblPr>
      <w:tblW w:w="0" w:type="auto"/>
      <w:jc w:val="center"/>
      <w:tblLook w:val="04A0" w:firstRow="1" w:lastRow="0" w:firstColumn="1" w:lastColumn="0" w:noHBand="0" w:noVBand="1"/>
    </w:tblPr>
    <w:tblGrid>
      <w:gridCol w:w="3135"/>
      <w:gridCol w:w="3135"/>
      <w:gridCol w:w="3135"/>
    </w:tblGrid>
    <w:tr w:rsidR="009056E1">
      <w:trPr>
        <w:jc w:val="center"/>
      </w:trPr>
      <w:tc>
        <w:tcPr>
          <w:tcW w:w="3135" w:type="dxa"/>
        </w:tcPr>
        <w:p w:rsidR="009056E1" w:rsidRDefault="002A0FC2">
          <w:pPr>
            <w:jc w:val="center"/>
          </w:pPr>
          <w:r>
            <w:rPr>
              <w:noProof/>
              <w:lang w:val="es-ES" w:eastAsia="es-ES"/>
            </w:rPr>
            <w:drawing>
              <wp:inline distT="0" distB="0" distL="0" distR="0">
                <wp:extent cx="1604710" cy="259200"/>
                <wp:effectExtent l="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-000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04710" cy="2592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135" w:type="dxa"/>
        </w:tcPr>
        <w:p w:rsidR="009056E1" w:rsidRDefault="002A0FC2">
          <w:pPr>
            <w:jc w:val="center"/>
          </w:pPr>
          <w:r>
            <w:rPr>
              <w:noProof/>
              <w:lang w:val="es-ES" w:eastAsia="es-ES"/>
            </w:rPr>
            <w:drawing>
              <wp:inline distT="0" distB="0" distL="0" distR="0">
                <wp:extent cx="1723355" cy="259200"/>
                <wp:effectExtent l="0" t="0" r="0" b="0"/>
                <wp:docPr id="2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nstitut_new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23355" cy="2592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135" w:type="dxa"/>
        </w:tcPr>
        <w:p w:rsidR="009056E1" w:rsidRDefault="002A0FC2">
          <w:pPr>
            <w:jc w:val="center"/>
          </w:pPr>
          <w:r>
            <w:rPr>
              <w:noProof/>
              <w:lang w:val="es-ES" w:eastAsia="es-ES"/>
            </w:rPr>
            <w:drawing>
              <wp:inline distT="0" distB="0" distL="0" distR="0">
                <wp:extent cx="1590148" cy="259200"/>
                <wp:effectExtent l="0" t="0" r="0" b="0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-002.png"/>
                        <pic:cNvPicPr/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590148" cy="2592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:rsidR="009056E1" w:rsidRDefault="009056E1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2D7A"/>
    <w:rsid w:val="00034616"/>
    <w:rsid w:val="0006063C"/>
    <w:rsid w:val="0015074B"/>
    <w:rsid w:val="0029639D"/>
    <w:rsid w:val="002A0FC2"/>
    <w:rsid w:val="002D7FD8"/>
    <w:rsid w:val="00326F90"/>
    <w:rsid w:val="009056E1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19304DA"/>
  <w14:defaultImageDpi w14:val="300"/>
  <w15:docId w15:val="{CA09A969-44DB-4D5A-8461-6B26FCA903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  <w:rPr>
      <w:rFonts w:ascii="Calibri" w:hAnsi="Calibri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Textoennegrita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B8B5797-903F-493B-BDD2-19BB5FE955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101</Words>
  <Characters>558</Characters>
  <Application>Microsoft Office Word</Application>
  <DocSecurity>0</DocSecurity>
  <Lines>4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658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Olivia Stoicev Stefoglo</cp:lastModifiedBy>
  <cp:revision>2</cp:revision>
  <dcterms:created xsi:type="dcterms:W3CDTF">2026-11-03T12:53:00Z</dcterms:created>
  <dcterms:modified xsi:type="dcterms:W3CDTF">2026-11-03T12:53:00Z</dcterms:modified>
  <cp:category/>
</cp:coreProperties>
</file>